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UMASHANKAR T</w:t>
      </w:r>
    </w:p>
    <w:p>
      <w:pPr>
        <w:spacing w:after="120"/>
      </w:pPr>
      <w:r>
        <w:rPr>
          <w:b/>
          <w:color w:val="000000"/>
        </w:rPr>
        <w:t>DIGITAL MARKETING EXECUTIVE</w:t>
      </w:r>
    </w:p>
    <w:p>
      <w:r>
        <w:rPr>
          <w:color w:val="333333"/>
        </w:rPr>
        <w:t>Chennai, Tamil Nadu | +91 9790202907 | umashankar.t2809@gmail.com</w:t>
      </w:r>
    </w:p>
    <w:p>
      <w:pPr>
        <w:spacing w:after="40"/>
      </w:pPr>
      <w:r>
        <w:rPr>
          <w:color w:val="333333"/>
        </w:rPr>
        <w:t xml:space="preserve">LinkedIn: </w:t>
      </w:r>
      <w:hyperlink r:id="rId9">
        <w:r>
          <w:rPr>
            <w:color w:val="333333"/>
          </w:rPr>
          <w:t>linkedin.com/in/umasankar-t/</w:t>
        </w:r>
      </w:hyperlink>
    </w:p>
    <w:p>
      <w:pPr>
        <w:pStyle w:val="Heading1"/>
        <w:pBdr>
          <w:bottom w:val="single" w:sz="5" w:space="5" w:color="555555"/>
        </w:pBdr>
        <w:spacing w:before="220" w:after="160"/>
      </w:pPr>
      <w:r>
        <w:rPr>
          <w:color w:val="000000"/>
        </w:rPr>
        <w:t>PROFESSIONAL SUMMARY</w:t>
      </w:r>
    </w:p>
    <w:p>
      <w:r>
        <w:rPr>
          <w:color w:val="333333"/>
        </w:rPr>
        <w:t>Digital Marketing Executive with hands-on experience in search engine optimization (SEO), Google Ads, Meta Ads, social media marketing, and WordPress website management. Skilled in keyword research, competitor analysis, technical SEO audits, campaign optimization, and content creation. Uses Google Analytics and Google Search Console to monitor performance and inform website and campaign improvements.</w:t>
      </w:r>
    </w:p>
    <w:p>
      <w:pPr>
        <w:pStyle w:val="Heading1"/>
        <w:pBdr>
          <w:bottom w:val="single" w:sz="5" w:space="5" w:color="555555"/>
        </w:pBdr>
        <w:spacing w:before="220" w:after="160"/>
      </w:pPr>
      <w:r>
        <w:rPr>
          <w:color w:val="000000"/>
        </w:rPr>
        <w:t>CORE SKILLS</w:t>
      </w:r>
    </w:p>
    <w:p>
      <w:r>
        <w:rPr>
          <w:b/>
          <w:color w:val="000000"/>
        </w:rPr>
        <w:t xml:space="preserve">SEO and content: </w:t>
      </w:r>
      <w:r>
        <w:rPr>
          <w:color w:val="333333"/>
        </w:rPr>
        <w:t>On-page SEO, technical SEO, keyword research, competitor analysis, SEO content writing, blog and landing page optimization</w:t>
      </w:r>
    </w:p>
    <w:p>
      <w:r>
        <w:rPr>
          <w:b/>
          <w:color w:val="000000"/>
        </w:rPr>
        <w:t xml:space="preserve">Paid advertising: </w:t>
      </w:r>
      <w:r>
        <w:rPr>
          <w:color w:val="333333"/>
        </w:rPr>
        <w:t>Google Ads, Meta Ads, search engine marketing (SEM), audience targeting, lead generation, campaign optimization, performance tracking</w:t>
      </w:r>
    </w:p>
    <w:p>
      <w:r>
        <w:rPr>
          <w:b/>
          <w:color w:val="000000"/>
        </w:rPr>
        <w:t xml:space="preserve">Websites and social media: </w:t>
      </w:r>
      <w:r>
        <w:rPr>
          <w:color w:val="333333"/>
        </w:rPr>
        <w:t>WordPress website design, customization, content publishing, social media marketing, audience engagement, marketing creatives</w:t>
      </w:r>
    </w:p>
    <w:p>
      <w:r>
        <w:rPr>
          <w:b/>
          <w:color w:val="000000"/>
        </w:rPr>
        <w:t xml:space="preserve">Analytics and tools: </w:t>
      </w:r>
      <w:r>
        <w:rPr>
          <w:color w:val="333333"/>
        </w:rPr>
        <w:t>Google Analytics, Google Search Console, Ahrefs, Semrush</w:t>
      </w:r>
    </w:p>
    <w:p>
      <w:pPr>
        <w:pStyle w:val="Heading1"/>
        <w:pBdr>
          <w:bottom w:val="single" w:sz="5" w:space="5" w:color="555555"/>
        </w:pBdr>
        <w:spacing w:before="220" w:after="160"/>
      </w:pPr>
      <w:r>
        <w:rPr>
          <w:color w:val="000000"/>
        </w:rPr>
        <w:t>PROFESSIONAL EXPERIENCE</w:t>
      </w:r>
    </w:p>
    <w:p>
      <w:pPr>
        <w:spacing w:after="60"/>
      </w:pPr>
      <w:r>
        <w:rPr>
          <w:b/>
          <w:color w:val="000000"/>
        </w:rPr>
        <w:t>Digital Marketing Executive</w:t>
      </w:r>
    </w:p>
    <w:p>
      <w:r>
        <w:rPr>
          <w:color w:val="333333"/>
        </w:rPr>
        <w:t>5Elements Entertainments | February 2026 - Present</w:t>
      </w:r>
    </w:p>
    <w:p>
      <w:pPr>
        <w:pStyle w:val="ListBullet"/>
        <w:spacing w:after="120"/>
      </w:pPr>
      <w:r>
        <w:rPr>
          <w:color w:val="333333"/>
        </w:rPr>
        <w:t>Execute on-page and technical SEO activities, including keyword research, competitor analysis, and website audits using Ahrefs, Semrush, and Google Search Console.</w:t>
      </w:r>
    </w:p>
    <w:p>
      <w:pPr>
        <w:pStyle w:val="ListBullet"/>
        <w:spacing w:after="120"/>
      </w:pPr>
      <w:r>
        <w:rPr>
          <w:color w:val="333333"/>
        </w:rPr>
        <w:t>Manage and optimize Google Ads and Meta Ads campaigns for lead generation, including audience targeting and campaign performance tracking.</w:t>
      </w:r>
    </w:p>
    <w:p>
      <w:pPr>
        <w:pStyle w:val="ListBullet"/>
        <w:spacing w:after="120"/>
      </w:pPr>
      <w:r>
        <w:rPr>
          <w:color w:val="333333"/>
        </w:rPr>
        <w:t>Analyze website traffic and campaign performance using Google Analytics and Google Search Console to identify optimization opportunities.</w:t>
      </w:r>
    </w:p>
    <w:p>
      <w:pPr>
        <w:pStyle w:val="ListBullet"/>
        <w:spacing w:after="120"/>
      </w:pPr>
      <w:r>
        <w:rPr>
          <w:color w:val="333333"/>
        </w:rPr>
        <w:t>Manage WordPress website updates, customization, and content publishing, with a focus on SEO, site performance, and user experience.</w:t>
      </w:r>
    </w:p>
    <w:p>
      <w:pPr>
        <w:pStyle w:val="ListBullet"/>
        <w:spacing w:after="120"/>
      </w:pPr>
      <w:r>
        <w:rPr>
          <w:color w:val="333333"/>
        </w:rPr>
        <w:t>Create and optimize blog content and landing pages to support organic visibility and lead generation.</w:t>
      </w:r>
    </w:p>
    <w:p>
      <w:pPr>
        <w:pStyle w:val="ListBullet"/>
        <w:spacing w:after="120"/>
      </w:pPr>
      <w:r>
        <w:rPr>
          <w:color w:val="333333"/>
        </w:rPr>
        <w:t>Design marketing creatives and social media content for promotional campaigns; manage posting, audience engagement, and brand promotion.</w:t>
      </w:r>
    </w:p>
    <w:p>
      <w:pPr>
        <w:spacing w:before="180" w:after="60"/>
      </w:pPr>
      <w:r>
        <w:rPr>
          <w:b/>
          <w:color w:val="000000"/>
        </w:rPr>
        <w:t>Senior Sales Executive</w:t>
      </w:r>
      <w:r>
        <w:rPr>
          <w:color w:val="333333"/>
        </w:rPr>
        <w:t xml:space="preserve"> | HDB Financial Services | 2024 - 2025</w:t>
      </w:r>
    </w:p>
    <w:p>
      <w:pPr>
        <w:pStyle w:val="Heading1"/>
        <w:pBdr>
          <w:bottom w:val="single" w:sz="5" w:space="5" w:color="555555"/>
        </w:pBdr>
        <w:spacing w:before="220" w:after="160"/>
      </w:pPr>
      <w:r>
        <w:rPr>
          <w:color w:val="000000"/>
        </w:rPr>
        <w:t>EDUCATION</w:t>
      </w:r>
    </w:p>
    <w:p>
      <w:pPr>
        <w:spacing w:after="40"/>
      </w:pPr>
      <w:r>
        <w:rPr>
          <w:b/>
          <w:color w:val="000000"/>
        </w:rPr>
        <w:t>Master of Business Administration (MBA) - HR and Marketing</w:t>
      </w:r>
    </w:p>
    <w:p>
      <w:r>
        <w:rPr>
          <w:color w:val="333333"/>
        </w:rPr>
        <w:t>A V C College of Engineering | 2021 - 2023</w:t>
      </w:r>
    </w:p>
    <w:p>
      <w:pPr>
        <w:spacing w:after="40"/>
      </w:pPr>
      <w:r>
        <w:rPr>
          <w:b/>
          <w:color w:val="000000"/>
        </w:rPr>
        <w:t>Bachelor of Science (B.Sc.) - Computer Science</w:t>
      </w:r>
    </w:p>
    <w:p>
      <w:r>
        <w:rPr>
          <w:color w:val="333333"/>
        </w:rPr>
        <w:t>A V C College (Autonomous) | 2018 - 2021</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333333"/>
    </w:rPr>
  </w:style>
  <w:style w:type="character" w:customStyle="1" w:styleId="HeaderChar">
    <w:name w:val="Header Char"/>
    <w:basedOn w:val="DefaultParagraphFont"/>
    <w:link w:val="Header"/>
    <w:uiPriority w:val="99"/>
    <w:rsid w:val="00E618BF"/>
    <w:rPr>
      <w:color w:val="333333"/>
    </w:rPr>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333333"/>
    </w:rPr>
  </w:style>
  <w:style w:type="character" w:customStyle="1" w:styleId="FooterChar">
    <w:name w:val="Footer Char"/>
    <w:basedOn w:val="DefaultParagraphFont"/>
    <w:link w:val="Footer"/>
    <w:uiPriority w:val="99"/>
    <w:rsid w:val="00E618BF"/>
    <w:rPr>
      <w:color w:val="333333"/>
    </w:rPr>
  </w:style>
  <w:style w:type="paragraph" w:styleId="Heading1">
    <w:name w:val="heading 1"/>
    <w:basedOn w:val="Normal"/>
    <w:next w:val="Normal"/>
    <w:link w:val="Heading1Char"/>
    <w:uiPriority w:val="9"/>
    <w:qFormat/>
    <w:rsid w:val="00FC693F"/>
    <w:pPr>
      <w:keepNext/>
      <w:keepLines/>
      <w:spacing w:before="260" w:after="120" w:line="259" w:lineRule="auto"/>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100" w:line="259" w:lineRule="auto"/>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33333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333333"/>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333333"/>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333333"/>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333333"/>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333333"/>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333333"/>
      <w:sz w:val="20"/>
      <w:szCs w:val="20"/>
    </w:rPr>
  </w:style>
  <w:style w:type="character" w:default="1" w:styleId="DefaultParagraphFont">
    <w:name w:val="Default Paragraph Font"/>
    <w:uiPriority w:val="1"/>
    <w:semiHidden/>
    <w:unhideWhenUsed/>
    <w:rPr>
      <w:color w:val="333333"/>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333333"/>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33333"/>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333333"/>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333333"/>
    </w:rPr>
  </w:style>
  <w:style w:type="paragraph" w:styleId="Title">
    <w:name w:val="Title"/>
    <w:basedOn w:val="Normal"/>
    <w:next w:val="Normal"/>
    <w:link w:val="TitleChar"/>
    <w:uiPriority w:val="10"/>
    <w:qFormat/>
    <w:rsid w:val="00FC693F"/>
    <w:pPr>
      <w:spacing w:after="60" w:line="259" w:lineRule="auto"/>
      <w:contextualSpacing/>
    </w:pPr>
    <w:rPr>
      <w:rFonts w:asciiTheme="majorHAnsi" w:eastAsiaTheme="majorEastAsia" w:hAnsiTheme="majorHAnsi" w:cstheme="majorBidi" w:ascii="Arial" w:hAnsi="Arial"/>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333333"/>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333333"/>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333333"/>
      <w:spacing w:val="15"/>
      <w:sz w:val="24"/>
      <w:szCs w:val="24"/>
    </w:rPr>
  </w:style>
  <w:style w:type="paragraph" w:styleId="ListParagraph">
    <w:name w:val="List Paragraph"/>
    <w:basedOn w:val="Normal"/>
    <w:uiPriority w:val="34"/>
    <w:qFormat/>
    <w:rsid w:val="00FC693F"/>
    <w:pPr>
      <w:ind w:left="720"/>
      <w:contextualSpacing/>
    </w:pPr>
    <w:rPr>
      <w:color w:val="333333"/>
    </w:rPr>
  </w:style>
  <w:style w:type="paragraph" w:styleId="BodyText">
    <w:name w:val="Body Text"/>
    <w:basedOn w:val="Normal"/>
    <w:link w:val="BodyTextChar"/>
    <w:uiPriority w:val="99"/>
    <w:unhideWhenUsed/>
    <w:rsid w:val="00AA1D8D"/>
    <w:pPr>
      <w:spacing w:after="120"/>
    </w:pPr>
    <w:rPr>
      <w:color w:val="333333"/>
    </w:rPr>
  </w:style>
  <w:style w:type="character" w:customStyle="1" w:styleId="BodyTextChar">
    <w:name w:val="Body Text Char"/>
    <w:basedOn w:val="DefaultParagraphFont"/>
    <w:link w:val="BodyText"/>
    <w:uiPriority w:val="99"/>
    <w:rsid w:val="00AA1D8D"/>
    <w:rPr>
      <w:color w:val="333333"/>
    </w:rPr>
  </w:style>
  <w:style w:type="paragraph" w:styleId="BodyText2">
    <w:name w:val="Body Text 2"/>
    <w:basedOn w:val="Normal"/>
    <w:link w:val="BodyText2Char"/>
    <w:uiPriority w:val="99"/>
    <w:unhideWhenUsed/>
    <w:rsid w:val="00AA1D8D"/>
    <w:pPr>
      <w:spacing w:after="120" w:line="480" w:lineRule="auto"/>
    </w:pPr>
    <w:rPr>
      <w:color w:val="333333"/>
    </w:rPr>
  </w:style>
  <w:style w:type="character" w:customStyle="1" w:styleId="BodyText2Char">
    <w:name w:val="Body Text 2 Char"/>
    <w:basedOn w:val="DefaultParagraphFont"/>
    <w:link w:val="BodyText2"/>
    <w:uiPriority w:val="99"/>
    <w:rsid w:val="00AA1D8D"/>
    <w:rPr>
      <w:color w:val="333333"/>
    </w:rPr>
  </w:style>
  <w:style w:type="paragraph" w:styleId="BodyText3">
    <w:name w:val="Body Text 3"/>
    <w:basedOn w:val="Normal"/>
    <w:link w:val="BodyText3Char"/>
    <w:uiPriority w:val="99"/>
    <w:unhideWhenUsed/>
    <w:rsid w:val="00AA1D8D"/>
    <w:pPr>
      <w:spacing w:after="120"/>
    </w:pPr>
    <w:rPr>
      <w:color w:val="333333"/>
      <w:sz w:val="16"/>
      <w:szCs w:val="16"/>
    </w:rPr>
  </w:style>
  <w:style w:type="character" w:customStyle="1" w:styleId="BodyText3Char">
    <w:name w:val="Body Text 3 Char"/>
    <w:basedOn w:val="DefaultParagraphFont"/>
    <w:link w:val="BodyText3"/>
    <w:uiPriority w:val="99"/>
    <w:rsid w:val="00AA1D8D"/>
    <w:rPr>
      <w:color w:val="333333"/>
      <w:sz w:val="16"/>
      <w:szCs w:val="16"/>
    </w:rPr>
  </w:style>
  <w:style w:type="paragraph" w:styleId="List">
    <w:name w:val="List"/>
    <w:basedOn w:val="Normal"/>
    <w:uiPriority w:val="99"/>
    <w:unhideWhenUsed/>
    <w:rsid w:val="00AA1D8D"/>
    <w:pPr>
      <w:ind w:left="360" w:hanging="360"/>
      <w:contextualSpacing/>
    </w:pPr>
    <w:rPr>
      <w:color w:val="333333"/>
    </w:rPr>
  </w:style>
  <w:style w:type="paragraph" w:styleId="List2">
    <w:name w:val="List 2"/>
    <w:basedOn w:val="Normal"/>
    <w:uiPriority w:val="99"/>
    <w:unhideWhenUsed/>
    <w:rsid w:val="00326F90"/>
    <w:pPr>
      <w:ind w:left="720" w:hanging="360"/>
      <w:contextualSpacing/>
    </w:pPr>
    <w:rPr>
      <w:color w:val="333333"/>
    </w:rPr>
  </w:style>
  <w:style w:type="paragraph" w:styleId="List3">
    <w:name w:val="List 3"/>
    <w:basedOn w:val="Normal"/>
    <w:uiPriority w:val="99"/>
    <w:unhideWhenUsed/>
    <w:rsid w:val="00326F90"/>
    <w:pPr>
      <w:ind w:left="1080" w:hanging="360"/>
      <w:contextualSpacing/>
    </w:pPr>
    <w:rPr>
      <w:color w:val="333333"/>
    </w:rPr>
  </w:style>
  <w:style w:type="paragraph" w:styleId="ListBullet">
    <w:name w:val="List Bullet"/>
    <w:basedOn w:val="Normal"/>
    <w:uiPriority w:val="99"/>
    <w:unhideWhenUsed/>
    <w:rsid w:val="00326F90"/>
    <w:pPr>
      <w:numPr>
        <w:numId w:val="1"/>
      </w:numPr>
      <w:spacing w:after="100" w:line="259" w:lineRule="auto"/>
      <w:contextualSpacing/>
    </w:pPr>
    <w:rPr>
      <w:rFonts w:ascii="Arial" w:hAnsi="Arial"/>
      <w:color w:val="333333"/>
      <w:sz w:val="21"/>
    </w:rPr>
  </w:style>
  <w:style w:type="paragraph" w:styleId="ListBullet2">
    <w:name w:val="List Bullet 2"/>
    <w:basedOn w:val="Normal"/>
    <w:uiPriority w:val="99"/>
    <w:unhideWhenUsed/>
    <w:rsid w:val="00326F90"/>
    <w:pPr>
      <w:numPr>
        <w:numId w:val="2"/>
      </w:numPr>
      <w:contextualSpacing/>
    </w:pPr>
    <w:rPr>
      <w:color w:val="333333"/>
    </w:rPr>
  </w:style>
  <w:style w:type="paragraph" w:styleId="ListBullet3">
    <w:name w:val="List Bullet 3"/>
    <w:basedOn w:val="Normal"/>
    <w:uiPriority w:val="99"/>
    <w:unhideWhenUsed/>
    <w:rsid w:val="00326F90"/>
    <w:pPr>
      <w:numPr>
        <w:numId w:val="3"/>
      </w:numPr>
      <w:contextualSpacing/>
    </w:pPr>
    <w:rPr>
      <w:color w:val="333333"/>
    </w:rPr>
  </w:style>
  <w:style w:type="paragraph" w:styleId="ListNumber">
    <w:name w:val="List Number"/>
    <w:basedOn w:val="Normal"/>
    <w:uiPriority w:val="99"/>
    <w:unhideWhenUsed/>
    <w:rsid w:val="00326F90"/>
    <w:pPr>
      <w:numPr>
        <w:numId w:val="5"/>
      </w:numPr>
      <w:contextualSpacing/>
    </w:pPr>
    <w:rPr>
      <w:color w:val="333333"/>
    </w:rPr>
  </w:style>
  <w:style w:type="paragraph" w:styleId="ListNumber2">
    <w:name w:val="List Number 2"/>
    <w:basedOn w:val="Normal"/>
    <w:uiPriority w:val="99"/>
    <w:unhideWhenUsed/>
    <w:rsid w:val="0029639D"/>
    <w:pPr>
      <w:numPr>
        <w:numId w:val="6"/>
      </w:numPr>
      <w:contextualSpacing/>
    </w:pPr>
    <w:rPr>
      <w:color w:val="333333"/>
    </w:rPr>
  </w:style>
  <w:style w:type="paragraph" w:styleId="ListNumber3">
    <w:name w:val="List Number 3"/>
    <w:basedOn w:val="Normal"/>
    <w:uiPriority w:val="99"/>
    <w:unhideWhenUsed/>
    <w:rsid w:val="0029639D"/>
    <w:pPr>
      <w:numPr>
        <w:numId w:val="7"/>
      </w:numPr>
      <w:contextualSpacing/>
    </w:pPr>
    <w:rPr>
      <w:color w:val="333333"/>
    </w:rPr>
  </w:style>
  <w:style w:type="paragraph" w:styleId="ListContinue">
    <w:name w:val="List Continue"/>
    <w:basedOn w:val="Normal"/>
    <w:uiPriority w:val="99"/>
    <w:unhideWhenUsed/>
    <w:rsid w:val="0029639D"/>
    <w:pPr>
      <w:spacing w:after="120"/>
      <w:ind w:left="360"/>
      <w:contextualSpacing/>
    </w:pPr>
    <w:rPr>
      <w:color w:val="333333"/>
    </w:rPr>
  </w:style>
  <w:style w:type="paragraph" w:styleId="ListContinue2">
    <w:name w:val="List Continue 2"/>
    <w:basedOn w:val="Normal"/>
    <w:uiPriority w:val="99"/>
    <w:unhideWhenUsed/>
    <w:rsid w:val="0029639D"/>
    <w:pPr>
      <w:spacing w:after="120"/>
      <w:ind w:left="720"/>
      <w:contextualSpacing/>
    </w:pPr>
    <w:rPr>
      <w:color w:val="333333"/>
    </w:rPr>
  </w:style>
  <w:style w:type="paragraph" w:styleId="ListContinue3">
    <w:name w:val="List Continue 3"/>
    <w:basedOn w:val="Normal"/>
    <w:uiPriority w:val="99"/>
    <w:unhideWhenUsed/>
    <w:rsid w:val="0029639D"/>
    <w:pPr>
      <w:spacing w:after="120"/>
      <w:ind w:left="1080"/>
      <w:contextualSpacing/>
    </w:pPr>
    <w:rPr>
      <w:color w:val="333333"/>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333333"/>
      <w:sz w:val="20"/>
      <w:szCs w:val="20"/>
    </w:rPr>
  </w:style>
  <w:style w:type="character" w:customStyle="1" w:styleId="MacroTextChar">
    <w:name w:val="Macro Text Char"/>
    <w:basedOn w:val="DefaultParagraphFont"/>
    <w:link w:val="MacroText"/>
    <w:uiPriority w:val="99"/>
    <w:rsid w:val="0029639D"/>
    <w:rPr>
      <w:rFonts w:ascii="Courier" w:hAnsi="Courier"/>
      <w:color w:val="333333"/>
      <w:sz w:val="20"/>
      <w:szCs w:val="20"/>
    </w:rPr>
  </w:style>
  <w:style w:type="paragraph" w:styleId="Quote">
    <w:name w:val="Quote"/>
    <w:basedOn w:val="Normal"/>
    <w:next w:val="Normal"/>
    <w:link w:val="QuoteChar"/>
    <w:uiPriority w:val="29"/>
    <w:qFormat/>
    <w:rsid w:val="00FC693F"/>
    <w:rPr>
      <w:i/>
      <w:iCs/>
      <w:color w:val="333333"/>
    </w:rPr>
  </w:style>
  <w:style w:type="character" w:customStyle="1" w:styleId="QuoteChar">
    <w:name w:val="Quote Char"/>
    <w:basedOn w:val="DefaultParagraphFont"/>
    <w:link w:val="Quote"/>
    <w:uiPriority w:val="29"/>
    <w:rsid w:val="00FC693F"/>
    <w:rPr>
      <w:i/>
      <w:iCs/>
      <w:color w:val="333333"/>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333333"/>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333333"/>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333333"/>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333333"/>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333333"/>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333333"/>
      <w:sz w:val="20"/>
      <w:szCs w:val="20"/>
    </w:rPr>
  </w:style>
  <w:style w:type="paragraph" w:styleId="Caption">
    <w:name w:val="caption"/>
    <w:basedOn w:val="Normal"/>
    <w:next w:val="Normal"/>
    <w:uiPriority w:val="35"/>
    <w:semiHidden/>
    <w:unhideWhenUsed/>
    <w:qFormat/>
    <w:rsid w:val="00FC693F"/>
    <w:pPr>
      <w:spacing w:line="240" w:lineRule="auto"/>
    </w:pPr>
    <w:rPr>
      <w:b/>
      <w:bCs/>
      <w:color w:val="333333"/>
      <w:sz w:val="18"/>
      <w:szCs w:val="18"/>
    </w:rPr>
  </w:style>
  <w:style w:type="character" w:styleId="Strong">
    <w:name w:val="Strong"/>
    <w:basedOn w:val="DefaultParagraphFont"/>
    <w:uiPriority w:val="22"/>
    <w:qFormat/>
    <w:rsid w:val="00FC693F"/>
    <w:rPr>
      <w:b/>
      <w:bCs/>
      <w:color w:val="333333"/>
    </w:rPr>
  </w:style>
  <w:style w:type="character" w:styleId="Emphasis">
    <w:name w:val="Emphasis"/>
    <w:basedOn w:val="DefaultParagraphFont"/>
    <w:uiPriority w:val="20"/>
    <w:qFormat/>
    <w:rsid w:val="00FC693F"/>
    <w:rPr>
      <w:i/>
      <w:iCs/>
      <w:color w:val="333333"/>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333333"/>
    </w:rPr>
  </w:style>
  <w:style w:type="character" w:customStyle="1" w:styleId="IntenseQuoteChar">
    <w:name w:val="Intense Quote Char"/>
    <w:basedOn w:val="DefaultParagraphFont"/>
    <w:link w:val="IntenseQuote"/>
    <w:uiPriority w:val="30"/>
    <w:rsid w:val="00FC693F"/>
    <w:rPr>
      <w:b/>
      <w:bCs/>
      <w:i/>
      <w:iCs/>
      <w:color w:val="333333"/>
    </w:rPr>
  </w:style>
  <w:style w:type="character" w:styleId="SubtleEmphasis">
    <w:name w:val="Subtle Emphasis"/>
    <w:basedOn w:val="DefaultParagraphFont"/>
    <w:uiPriority w:val="19"/>
    <w:qFormat/>
    <w:rsid w:val="00FC693F"/>
    <w:rPr>
      <w:i/>
      <w:iCs/>
      <w:color w:val="333333"/>
    </w:rPr>
  </w:style>
  <w:style w:type="character" w:styleId="IntenseEmphasis">
    <w:name w:val="Intense Emphasis"/>
    <w:basedOn w:val="DefaultParagraphFont"/>
    <w:uiPriority w:val="21"/>
    <w:qFormat/>
    <w:rsid w:val="00FC693F"/>
    <w:rPr>
      <w:b/>
      <w:bCs/>
      <w:i/>
      <w:iCs/>
      <w:color w:val="333333"/>
    </w:rPr>
  </w:style>
  <w:style w:type="character" w:styleId="SubtleReference">
    <w:name w:val="Subtle Reference"/>
    <w:basedOn w:val="DefaultParagraphFont"/>
    <w:uiPriority w:val="31"/>
    <w:qFormat/>
    <w:rsid w:val="00FC693F"/>
    <w:rPr>
      <w:smallCaps/>
      <w:color w:val="333333"/>
      <w:u w:val="single"/>
    </w:rPr>
  </w:style>
  <w:style w:type="character" w:styleId="IntenseReference">
    <w:name w:val="Intense Reference"/>
    <w:basedOn w:val="DefaultParagraphFont"/>
    <w:uiPriority w:val="32"/>
    <w:qFormat/>
    <w:rsid w:val="00FC693F"/>
    <w:rPr>
      <w:b/>
      <w:bCs/>
      <w:smallCaps/>
      <w:color w:val="333333"/>
      <w:spacing w:val="5"/>
      <w:u w:val="single"/>
    </w:rPr>
  </w:style>
  <w:style w:type="character" w:styleId="BookTitle">
    <w:name w:val="Book Title"/>
    <w:basedOn w:val="DefaultParagraphFont"/>
    <w:uiPriority w:val="33"/>
    <w:qFormat/>
    <w:rsid w:val="00FC693F"/>
    <w:rPr>
      <w:b/>
      <w:bCs/>
      <w:smallCaps/>
      <w:color w:val="333333"/>
      <w:spacing w:val="5"/>
    </w:rPr>
  </w:style>
  <w:style w:type="paragraph" w:styleId="TOCHeading">
    <w:name w:val="TOC Heading"/>
    <w:basedOn w:val="Heading1"/>
    <w:next w:val="Normal"/>
    <w:uiPriority w:val="39"/>
    <w:semiHidden/>
    <w:unhideWhenUsed/>
    <w:qFormat/>
    <w:rsid w:val="00FC693F"/>
    <w:pPr>
      <w:outlineLvl w:val="9"/>
    </w:pPr>
    <w:rPr>
      <w:color w:val="333333"/>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linkedin.com/in/umasanka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Umashankar T - Digital Marketing Executive Resume</dc:title>
  <dc:subject/>
  <dc:creator>Umashankar T</dc:creator>
  <cp:keywords/>
  <dc:description>generated by python-docx</dc:description>
  <cp:lastModifiedBy/>
  <cp:revision>1</cp:revision>
  <dcterms:created xsi:type="dcterms:W3CDTF">2013-12-23T23:15:00Z</dcterms:created>
  <dcterms:modified xsi:type="dcterms:W3CDTF">2013-12-23T23:15:00Z</dcterms:modified>
  <cp:category/>
</cp:coreProperties>
</file>